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בנושא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כמו זכות, כבוד, הגנה ושוויון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הגדרה למושג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ההורים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חינוך הוא זכות יסוד של 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מנוחה נותנת כוח לגוף ולנפש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(יחס טוב שמגיע לכל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(כולם מקבלים אותן הזדמנויות)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(זמן לעצור ולאסוף כוח)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זכות והסבר קצר מדוע היא חשובה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זכות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למידה לבין זמן מנוחה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ברור שפרטיות היא שמירה על דברים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הדף בזוגות ולאפשר שימוש בתשבץ המקורי כעזרה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ההבנה דרך דוגמאות מחיי היומיום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בשיחה קצרה על זכות אחת שהכיתה בחרה כחשובה ביותר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המילים והמושגים שמופיעים בתשבץ על זכויות הילד, כמו זכות, חינוך, הגנה ושוויון.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זכות  ·  דעה  ·  הורים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המילה "זכות"?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שמגיע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אחראי בעיקר לגדל ולאהוב את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השכנים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יש זכות לחינוך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מנוחה היא זמן לעצור ולאסוף כוח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לכל ילד מגיעה __________, זה משהו שאסור לקחת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כשאני אומר או אומרת מה אני חושב על משהו, זו ה__________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שלי הם האנשים שמגדלים ואוהבים אותי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כולם מקבלים אותן הזדמנויות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זמן לעצור ולאסוף 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יחס טוב שמגיע לכל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על זכות אחת מהרשימה שחשובה לכם במיוחד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זכות?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חינוך לבין מנוחה?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