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זכות, כבוד, הגנה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הגדרה למושג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לימוד בבית הספר ובחיים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שמירה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יסוד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פירושה שלא יחטטו בדברים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מנוחה נותנת כוח לגוף ולנפש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שוויון פירושו שכולם מקבלים אותן הזדמנויות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ילד מותר להביע את דעתו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(יחס טוב שמגיע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(שלא יחטטו בדברים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(כולם מקבלים אותן הזדמנויות)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(זמן לעצור ולאסוף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(שמירה מפני פגיעה)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והסבר קצר מדוע היא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עם בעיה הקשורה לזכות ופתרון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זכות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למידה לבין זמן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ברור שפרטיות היא שמירה על דברים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ולאפשר שימוש בתשבץ המקורי כעזרה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דרך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זכות אחת שהכיתה בחרה כחשובה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והמושגים שמופיעים בתשבץ על זכויות הילד, כמו זכות, חינוך, הגנה ושוויון.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"זכות"?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 בעיקר לגדל ולאהוב את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נקרא "חינוך"?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לימוד בבית הספר ובחיים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"הגנה" על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לשמור עליו כדי להיות בריא בגוף ובנפש?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 נייד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הפרטיות אומרת שמותר לכולם לקרוא את היומן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מנוחה היא זמן לעצור ולאסוף 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אומר שרק חלק מהילדים מקבלים הזדמנויות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שאני חושב או חושבת על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__________, זה משהו שאסור לקחת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אומר או אומרת מה אני חושב על משהו, זו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הם האנשים שמגדלים ואוהבים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בבית הספר ובחיים אני רוכש או רוכשת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עצמי ועל אחרים אני דואג או דואגת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לישון ולנוח זה חשוב ל__________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כולם מקבלים אותן הזדמנויות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יחס טוב שמגיע לכל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שלא יחטטו בדברים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לעצור ולאסוף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זכות אחת מהרשימה שחשובה לכם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על ילד או ילדה שזכות שלהם לא נשמרה, ואיך זה נפתר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חינוך לבין מנוחה?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מהי פרטיות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